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8B085" w14:textId="42D98391" w:rsidR="007D3B4F" w:rsidRDefault="004D44B9" w:rsidP="004D44B9">
      <w:pPr>
        <w:pStyle w:val="Kop2"/>
        <w:ind w:left="6480"/>
      </w:pPr>
      <w:r>
        <w:rPr>
          <w:rFonts w:cstheme="majorHAnsi"/>
          <w:noProof/>
          <w:sz w:val="48"/>
          <w:szCs w:val="48"/>
        </w:rPr>
        <w:drawing>
          <wp:inline distT="0" distB="0" distL="0" distR="0" wp14:anchorId="3F3BFAA8" wp14:editId="1D9ADA8D">
            <wp:extent cx="1920240" cy="1484811"/>
            <wp:effectExtent l="0" t="0" r="3810" b="1270"/>
            <wp:docPr id="29" name="Afbeelding 29" descr="Afbeelding met Graphics, grafische vormgeving, clipart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Graphics, grafische vormgeving, clipart, teks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8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17EE1" w14:textId="5DD30385" w:rsidR="004D44B9" w:rsidRPr="00DA0660" w:rsidRDefault="004D44B9">
      <w:pPr>
        <w:rPr>
          <w:b/>
          <w:bCs/>
          <w:color w:val="FFC000"/>
          <w:sz w:val="32"/>
          <w:szCs w:val="32"/>
          <w:lang w:val="nl-BE"/>
        </w:rPr>
      </w:pPr>
      <w:r w:rsidRPr="00DA0660">
        <w:rPr>
          <w:b/>
          <w:bCs/>
          <w:color w:val="FFC000"/>
          <w:sz w:val="32"/>
          <w:szCs w:val="32"/>
          <w:lang w:val="nl-BE"/>
        </w:rPr>
        <w:t xml:space="preserve">Verslag van de vergadering van de Schoolraad/Ouderraad </w:t>
      </w:r>
    </w:p>
    <w:p w14:paraId="5FE47685" w14:textId="613E8A93" w:rsidR="00647C93" w:rsidRPr="00DA0660" w:rsidRDefault="00D33CBB" w:rsidP="004971DA">
      <w:pPr>
        <w:rPr>
          <w:lang w:val="nl-BE"/>
        </w:rPr>
      </w:pPr>
      <w:r w:rsidRPr="00DA0660">
        <w:rPr>
          <w:lang w:val="nl-BE"/>
        </w:rPr>
        <w:t xml:space="preserve">Datum: </w:t>
      </w:r>
      <w:r w:rsidR="00DA0660" w:rsidRPr="00DA0660">
        <w:rPr>
          <w:lang w:val="nl-BE"/>
        </w:rPr>
        <w:t>1</w:t>
      </w:r>
      <w:r w:rsidR="00DA0660">
        <w:rPr>
          <w:lang w:val="nl-BE"/>
        </w:rPr>
        <w:t>3 November</w:t>
      </w:r>
      <w:r w:rsidRPr="00DA0660">
        <w:rPr>
          <w:lang w:val="nl-BE"/>
        </w:rPr>
        <w:t xml:space="preserve"> 2025</w:t>
      </w:r>
      <w:r w:rsidRPr="00DA0660">
        <w:rPr>
          <w:lang w:val="nl-BE"/>
        </w:rPr>
        <w:br/>
        <w:t>Locatie: Sint-Romboutscollege Mechelen</w:t>
      </w:r>
    </w:p>
    <w:p w14:paraId="0ECA66E7" w14:textId="46F58BA2" w:rsidR="00647C93" w:rsidRPr="00DA0660" w:rsidRDefault="00647C93" w:rsidP="004971DA">
      <w:pPr>
        <w:rPr>
          <w:lang w:val="nl-BE"/>
        </w:rPr>
      </w:pPr>
      <w:r w:rsidRPr="00DA0660">
        <w:rPr>
          <w:lang w:val="nl-BE"/>
        </w:rPr>
        <w:t xml:space="preserve">Aanwezigen: </w:t>
      </w:r>
      <w:r w:rsidR="005C1CD0">
        <w:rPr>
          <w:lang w:val="nl-BE"/>
        </w:rPr>
        <w:t xml:space="preserve">Juf Ann, juf Kim, Juf Krista, meester Rudy, </w:t>
      </w:r>
      <w:r w:rsidR="0003415D">
        <w:rPr>
          <w:lang w:val="nl-BE"/>
        </w:rPr>
        <w:t xml:space="preserve">meester Stef, </w:t>
      </w:r>
      <w:r w:rsidR="005C1CD0">
        <w:rPr>
          <w:lang w:val="nl-BE"/>
        </w:rPr>
        <w:t xml:space="preserve">juf Marijke, juf Ilse, juf Jolien, juf </w:t>
      </w:r>
      <w:proofErr w:type="spellStart"/>
      <w:r w:rsidR="005C1CD0">
        <w:rPr>
          <w:lang w:val="nl-BE"/>
        </w:rPr>
        <w:t>Nuria</w:t>
      </w:r>
      <w:proofErr w:type="spellEnd"/>
      <w:r w:rsidR="005C1CD0">
        <w:rPr>
          <w:lang w:val="nl-BE"/>
        </w:rPr>
        <w:t xml:space="preserve">, </w:t>
      </w:r>
      <w:r w:rsidR="004116AB">
        <w:rPr>
          <w:lang w:val="nl-BE"/>
        </w:rPr>
        <w:t xml:space="preserve">juf Evi, juf Melanie, </w:t>
      </w:r>
      <w:r w:rsidR="005C1CD0">
        <w:rPr>
          <w:lang w:val="nl-BE"/>
        </w:rPr>
        <w:t xml:space="preserve">Hafida, Christophe, Marc, Liesbeth, Anneke, </w:t>
      </w:r>
      <w:r w:rsidR="002C0D53">
        <w:rPr>
          <w:lang w:val="nl-BE"/>
        </w:rPr>
        <w:t xml:space="preserve">Don, </w:t>
      </w:r>
      <w:r w:rsidR="005C1CD0">
        <w:rPr>
          <w:lang w:val="nl-BE"/>
        </w:rPr>
        <w:t>Sandra, Melissa, Olivia, Kurt van Steenlandt,</w:t>
      </w:r>
    </w:p>
    <w:p w14:paraId="51E8D5FA" w14:textId="1A095F04" w:rsidR="007D3B4F" w:rsidRPr="00DA0660" w:rsidRDefault="00D33CBB" w:rsidP="004971DA">
      <w:pPr>
        <w:rPr>
          <w:lang w:val="nl-BE"/>
        </w:rPr>
      </w:pPr>
      <w:r w:rsidRPr="00DA0660">
        <w:rPr>
          <w:lang w:val="nl-BE"/>
        </w:rPr>
        <w:br/>
        <w:t xml:space="preserve">Verslag opgesteld door: </w:t>
      </w:r>
      <w:r w:rsidR="000A3D65">
        <w:rPr>
          <w:lang w:val="nl-BE"/>
        </w:rPr>
        <w:t>Sandra</w:t>
      </w:r>
    </w:p>
    <w:p w14:paraId="58441568" w14:textId="77777777" w:rsidR="004D44B9" w:rsidRPr="00DA0660" w:rsidRDefault="004D44B9" w:rsidP="004971DA">
      <w:pPr>
        <w:rPr>
          <w:lang w:val="nl-BE"/>
        </w:rPr>
      </w:pPr>
    </w:p>
    <w:p w14:paraId="6C65B4CE" w14:textId="77777777" w:rsidR="007D3B4F" w:rsidRDefault="00D33CBB" w:rsidP="004971DA">
      <w:pPr>
        <w:pStyle w:val="Kop2"/>
      </w:pPr>
      <w:r>
        <w:t>Agenda</w:t>
      </w:r>
    </w:p>
    <w:p w14:paraId="13D6D05F" w14:textId="77777777" w:rsidR="004D44B9" w:rsidRPr="004D44B9" w:rsidRDefault="004D44B9" w:rsidP="004971DA"/>
    <w:p w14:paraId="14D62CA3" w14:textId="42ED5835" w:rsidR="007D3B4F" w:rsidRDefault="00DA0660" w:rsidP="004971DA">
      <w:pPr>
        <w:pStyle w:val="Lijstnummering"/>
      </w:pPr>
      <w:proofErr w:type="spellStart"/>
      <w:r>
        <w:t>Beleid</w:t>
      </w:r>
      <w:proofErr w:type="spellEnd"/>
      <w:r>
        <w:t xml:space="preserve">: update </w:t>
      </w:r>
      <w:proofErr w:type="spellStart"/>
      <w:r>
        <w:t>vanuit</w:t>
      </w:r>
      <w:proofErr w:type="spellEnd"/>
      <w:r>
        <w:t xml:space="preserve"> KOMO</w:t>
      </w:r>
    </w:p>
    <w:p w14:paraId="777B2EF8" w14:textId="5B68E501" w:rsidR="007D3B4F" w:rsidRPr="007A221C" w:rsidRDefault="00DA0660" w:rsidP="004971DA">
      <w:pPr>
        <w:pStyle w:val="Lijstnummering"/>
        <w:rPr>
          <w:lang w:val="nl-BE"/>
        </w:rPr>
      </w:pPr>
      <w:r w:rsidRPr="007A221C">
        <w:rPr>
          <w:lang w:val="nl-BE"/>
        </w:rPr>
        <w:t>Werkgroep Visie</w:t>
      </w:r>
      <w:r w:rsidR="00007E89" w:rsidRPr="007A221C">
        <w:rPr>
          <w:lang w:val="nl-BE"/>
        </w:rPr>
        <w:t>: Logo</w:t>
      </w:r>
      <w:r w:rsidR="007A221C" w:rsidRPr="007A221C">
        <w:rPr>
          <w:lang w:val="nl-BE"/>
        </w:rPr>
        <w:t>, elementen, vervolgstappen</w:t>
      </w:r>
    </w:p>
    <w:p w14:paraId="4BC5E46B" w14:textId="63B5C638" w:rsidR="007D3B4F" w:rsidRDefault="00D82F71" w:rsidP="004971DA">
      <w:pPr>
        <w:pStyle w:val="Lijstnummering"/>
      </w:pPr>
      <w:proofErr w:type="spellStart"/>
      <w:r>
        <w:t>Opstart</w:t>
      </w:r>
      <w:proofErr w:type="spellEnd"/>
      <w:r>
        <w:t xml:space="preserve"> </w:t>
      </w:r>
      <w:proofErr w:type="spellStart"/>
      <w:r w:rsidR="00DD6B74">
        <w:t>School</w:t>
      </w:r>
      <w:r w:rsidR="00D110ED">
        <w:t>bib</w:t>
      </w:r>
      <w:proofErr w:type="spellEnd"/>
    </w:p>
    <w:p w14:paraId="01D8AE53" w14:textId="36123543" w:rsidR="007D3B4F" w:rsidRPr="00DA0660" w:rsidRDefault="00D110ED" w:rsidP="004971DA">
      <w:pPr>
        <w:pStyle w:val="Lijstnummering"/>
        <w:rPr>
          <w:lang w:val="nl-BE"/>
        </w:rPr>
      </w:pPr>
      <w:r>
        <w:rPr>
          <w:lang w:val="nl-BE"/>
        </w:rPr>
        <w:t>Voorzitterschap 2026-2027</w:t>
      </w:r>
    </w:p>
    <w:p w14:paraId="70A44445" w14:textId="1AD4CC08" w:rsidR="007D3B4F" w:rsidRDefault="000F18BB" w:rsidP="004971DA">
      <w:pPr>
        <w:pStyle w:val="Lijstnummering"/>
      </w:pPr>
      <w:r>
        <w:t xml:space="preserve">Warme </w:t>
      </w:r>
      <w:proofErr w:type="spellStart"/>
      <w:r>
        <w:t>Winterma</w:t>
      </w:r>
      <w:r w:rsidR="000A4599">
        <w:t>rkt</w:t>
      </w:r>
      <w:proofErr w:type="spellEnd"/>
    </w:p>
    <w:p w14:paraId="68DC0C05" w14:textId="1F755C53" w:rsidR="007D3B4F" w:rsidRDefault="000A4599" w:rsidP="004971DA">
      <w:pPr>
        <w:pStyle w:val="Lijstnummering"/>
      </w:pPr>
      <w:proofErr w:type="spellStart"/>
      <w:r>
        <w:t>Nieuwjaarsreceptie</w:t>
      </w:r>
      <w:proofErr w:type="spellEnd"/>
    </w:p>
    <w:p w14:paraId="2F35AF5D" w14:textId="6840C306" w:rsidR="000A4599" w:rsidRDefault="000A4599" w:rsidP="004971DA">
      <w:pPr>
        <w:pStyle w:val="Lijstnummering"/>
      </w:pPr>
      <w:r>
        <w:t>Koffiem</w:t>
      </w:r>
      <w:r w:rsidR="00D33CBB">
        <w:t>omenten</w:t>
      </w:r>
    </w:p>
    <w:p w14:paraId="5CC5FD72" w14:textId="561D11EB" w:rsidR="007D3B4F" w:rsidRDefault="00D33CBB" w:rsidP="004971DA">
      <w:pPr>
        <w:pStyle w:val="Lijstnummering"/>
      </w:pPr>
      <w:r>
        <w:t>Data volgende vergaderingen</w:t>
      </w:r>
    </w:p>
    <w:p w14:paraId="3298F241" w14:textId="167415D5" w:rsidR="007D3B4F" w:rsidRDefault="00D33CBB" w:rsidP="004971DA">
      <w:pPr>
        <w:pStyle w:val="Lijstnummering"/>
      </w:pPr>
      <w:r>
        <w:t>Vragenronde en varia</w:t>
      </w:r>
    </w:p>
    <w:p w14:paraId="6172EF1B" w14:textId="77777777" w:rsidR="004D44B9" w:rsidRDefault="004D44B9" w:rsidP="004971DA">
      <w:pPr>
        <w:pStyle w:val="Lijstnummering"/>
        <w:numPr>
          <w:ilvl w:val="0"/>
          <w:numId w:val="0"/>
        </w:numPr>
        <w:ind w:left="360"/>
      </w:pPr>
    </w:p>
    <w:p w14:paraId="30927A69" w14:textId="1CDF13AB" w:rsidR="007D3B4F" w:rsidRDefault="00DA0660" w:rsidP="004971DA">
      <w:pPr>
        <w:pStyle w:val="Kop2"/>
        <w:numPr>
          <w:ilvl w:val="0"/>
          <w:numId w:val="10"/>
        </w:numPr>
      </w:pPr>
      <w:proofErr w:type="spellStart"/>
      <w:r>
        <w:t>Beleid</w:t>
      </w:r>
      <w:proofErr w:type="spellEnd"/>
      <w:r>
        <w:t xml:space="preserve">: update </w:t>
      </w:r>
      <w:proofErr w:type="spellStart"/>
      <w:r>
        <w:t>vanuit</w:t>
      </w:r>
      <w:proofErr w:type="spellEnd"/>
      <w:r>
        <w:t xml:space="preserve"> Komo</w:t>
      </w:r>
    </w:p>
    <w:p w14:paraId="6F62A1FE" w14:textId="50B4F603" w:rsidR="00DA0660" w:rsidRDefault="00DA0660" w:rsidP="004971DA">
      <w:pPr>
        <w:jc w:val="both"/>
        <w:rPr>
          <w:lang w:val="nl-BE"/>
        </w:rPr>
      </w:pPr>
      <w:r>
        <w:rPr>
          <w:lang w:val="nl-BE"/>
        </w:rPr>
        <w:t>Kurt Van Steenlandt, coördinerend directeur basisonderwijs</w:t>
      </w:r>
      <w:r w:rsidR="00D43C38">
        <w:rPr>
          <w:lang w:val="nl-BE"/>
        </w:rPr>
        <w:t xml:space="preserve"> geeft duiding bij </w:t>
      </w:r>
      <w:r w:rsidR="00536E8D">
        <w:rPr>
          <w:lang w:val="nl-BE"/>
        </w:rPr>
        <w:t xml:space="preserve">de </w:t>
      </w:r>
      <w:r w:rsidR="005C1CD0">
        <w:rPr>
          <w:lang w:val="nl-BE"/>
        </w:rPr>
        <w:t>re-integratie</w:t>
      </w:r>
      <w:r w:rsidR="00536E8D">
        <w:rPr>
          <w:lang w:val="nl-BE"/>
        </w:rPr>
        <w:t xml:space="preserve"> van </w:t>
      </w:r>
      <w:r w:rsidR="005C1CD0">
        <w:rPr>
          <w:lang w:val="nl-BE"/>
        </w:rPr>
        <w:t xml:space="preserve">mevrouw </w:t>
      </w:r>
      <w:r w:rsidR="00536E8D">
        <w:rPr>
          <w:lang w:val="nl-BE"/>
        </w:rPr>
        <w:t>Pascale in het team</w:t>
      </w:r>
      <w:r>
        <w:rPr>
          <w:lang w:val="nl-BE"/>
        </w:rPr>
        <w:t xml:space="preserve">.  Er zijn gesprekken geweest met het lerarenteam, de directie ad interim en bestaande directie. Er is op dit ogenblik een positieve </w:t>
      </w:r>
      <w:proofErr w:type="spellStart"/>
      <w:r>
        <w:rPr>
          <w:lang w:val="nl-BE"/>
        </w:rPr>
        <w:t>vibe</w:t>
      </w:r>
      <w:proofErr w:type="spellEnd"/>
      <w:r>
        <w:rPr>
          <w:lang w:val="nl-BE"/>
        </w:rPr>
        <w:t xml:space="preserve">. Aan deze dynamiek mag er niets wijzigen. Daarom wil </w:t>
      </w:r>
      <w:proofErr w:type="spellStart"/>
      <w:r>
        <w:rPr>
          <w:lang w:val="nl-BE"/>
        </w:rPr>
        <w:t>Komo</w:t>
      </w:r>
      <w:proofErr w:type="spellEnd"/>
      <w:r>
        <w:rPr>
          <w:lang w:val="nl-BE"/>
        </w:rPr>
        <w:t xml:space="preserve"> de constructie behouden om de manier van werken </w:t>
      </w:r>
      <w:r w:rsidR="00536E8D">
        <w:rPr>
          <w:lang w:val="nl-BE"/>
        </w:rPr>
        <w:t xml:space="preserve">verder te </w:t>
      </w:r>
      <w:r w:rsidR="00123E35">
        <w:rPr>
          <w:lang w:val="nl-BE"/>
        </w:rPr>
        <w:t>laten lopen</w:t>
      </w:r>
      <w:r>
        <w:rPr>
          <w:lang w:val="nl-BE"/>
        </w:rPr>
        <w:t xml:space="preserve">. </w:t>
      </w:r>
      <w:r w:rsidR="005C1CD0">
        <w:rPr>
          <w:lang w:val="nl-BE"/>
        </w:rPr>
        <w:t xml:space="preserve">Mevrouw </w:t>
      </w:r>
      <w:r>
        <w:rPr>
          <w:lang w:val="nl-BE"/>
        </w:rPr>
        <w:t xml:space="preserve">Pascale heeft te kennen gegeven dat ze terug wil opstarten. Zij start op na de Kerstvakantie, op maandag 05/01.  </w:t>
      </w:r>
      <w:r w:rsidR="005C1CD0">
        <w:rPr>
          <w:lang w:val="nl-BE"/>
        </w:rPr>
        <w:t xml:space="preserve">Juf </w:t>
      </w:r>
      <w:r>
        <w:rPr>
          <w:lang w:val="nl-BE"/>
        </w:rPr>
        <w:t>A</w:t>
      </w:r>
      <w:r w:rsidR="005C1CD0">
        <w:rPr>
          <w:lang w:val="nl-BE"/>
        </w:rPr>
        <w:t>n</w:t>
      </w:r>
      <w:r>
        <w:rPr>
          <w:lang w:val="nl-BE"/>
        </w:rPr>
        <w:t xml:space="preserve">n en </w:t>
      </w:r>
      <w:r w:rsidR="005C1CD0">
        <w:rPr>
          <w:lang w:val="nl-BE"/>
        </w:rPr>
        <w:t xml:space="preserve">juf </w:t>
      </w:r>
      <w:r>
        <w:rPr>
          <w:lang w:val="nl-BE"/>
        </w:rPr>
        <w:t xml:space="preserve">Kim </w:t>
      </w:r>
      <w:r w:rsidR="00123E35">
        <w:rPr>
          <w:lang w:val="nl-BE"/>
        </w:rPr>
        <w:t xml:space="preserve">worden op dat ogenblik </w:t>
      </w:r>
      <w:r>
        <w:rPr>
          <w:lang w:val="nl-BE"/>
        </w:rPr>
        <w:t>pedagogische directeur</w:t>
      </w:r>
      <w:r w:rsidR="00123E35">
        <w:rPr>
          <w:lang w:val="nl-BE"/>
        </w:rPr>
        <w:t xml:space="preserve">. </w:t>
      </w:r>
      <w:r w:rsidR="005C1CD0">
        <w:rPr>
          <w:lang w:val="nl-BE"/>
        </w:rPr>
        <w:t xml:space="preserve">Mevrouw </w:t>
      </w:r>
      <w:r>
        <w:rPr>
          <w:lang w:val="nl-BE"/>
        </w:rPr>
        <w:t xml:space="preserve">Pascale wordt dan </w:t>
      </w:r>
      <w:r>
        <w:rPr>
          <w:lang w:val="nl-BE"/>
        </w:rPr>
        <w:lastRenderedPageBreak/>
        <w:t xml:space="preserve">operationeel directeur, zij wordt verantwoordelijk voor de dagelijkse activiteiten. Bepaalde zaken zullen overlappen </w:t>
      </w:r>
      <w:proofErr w:type="spellStart"/>
      <w:r>
        <w:rPr>
          <w:lang w:val="nl-BE"/>
        </w:rPr>
        <w:t>vb</w:t>
      </w:r>
      <w:proofErr w:type="spellEnd"/>
      <w:r>
        <w:rPr>
          <w:lang w:val="nl-BE"/>
        </w:rPr>
        <w:t xml:space="preserve"> personeel: administratie en pedagogisch/didactisch luik. Om dit goed te laten verlopen, zou er nog een bijkomende directeur aangesteld worden, op halftijdse basis nl. een coördinerende directeur.  Hiervoor is </w:t>
      </w:r>
      <w:proofErr w:type="spellStart"/>
      <w:r>
        <w:rPr>
          <w:lang w:val="nl-BE"/>
        </w:rPr>
        <w:t>Komo</w:t>
      </w:r>
      <w:proofErr w:type="spellEnd"/>
      <w:r>
        <w:rPr>
          <w:lang w:val="nl-BE"/>
        </w:rPr>
        <w:t xml:space="preserve"> intern gaan kijken</w:t>
      </w:r>
      <w:r w:rsidR="008F42D4">
        <w:rPr>
          <w:lang w:val="nl-BE"/>
        </w:rPr>
        <w:t xml:space="preserve"> en </w:t>
      </w:r>
      <w:r>
        <w:rPr>
          <w:lang w:val="nl-BE"/>
        </w:rPr>
        <w:t xml:space="preserve"> An </w:t>
      </w:r>
      <w:proofErr w:type="spellStart"/>
      <w:r>
        <w:rPr>
          <w:lang w:val="nl-BE"/>
        </w:rPr>
        <w:t>Broothaerts</w:t>
      </w:r>
      <w:proofErr w:type="spellEnd"/>
      <w:r>
        <w:rPr>
          <w:lang w:val="nl-BE"/>
        </w:rPr>
        <w:t>, directeur basisschool De Ark</w:t>
      </w:r>
      <w:r w:rsidR="008F42D4">
        <w:rPr>
          <w:lang w:val="nl-BE"/>
        </w:rPr>
        <w:t>, werd hiervoor geselecteerd</w:t>
      </w:r>
      <w:r>
        <w:rPr>
          <w:lang w:val="nl-BE"/>
        </w:rPr>
        <w:t xml:space="preserve">. </w:t>
      </w:r>
      <w:r w:rsidR="008F42D4">
        <w:rPr>
          <w:lang w:val="nl-BE"/>
        </w:rPr>
        <w:t>An was ook al</w:t>
      </w:r>
      <w:r>
        <w:rPr>
          <w:lang w:val="nl-BE"/>
        </w:rPr>
        <w:t xml:space="preserve"> werkzaam in Londerzeel en </w:t>
      </w:r>
      <w:r w:rsidR="008F42D4">
        <w:rPr>
          <w:lang w:val="nl-BE"/>
        </w:rPr>
        <w:t>maakte deel uit van het</w:t>
      </w:r>
      <w:r>
        <w:rPr>
          <w:lang w:val="nl-BE"/>
        </w:rPr>
        <w:t xml:space="preserve"> inspectieteam.  An </w:t>
      </w:r>
      <w:proofErr w:type="spellStart"/>
      <w:r>
        <w:rPr>
          <w:lang w:val="nl-BE"/>
        </w:rPr>
        <w:t>Broothaerts</w:t>
      </w:r>
      <w:proofErr w:type="spellEnd"/>
      <w:r>
        <w:rPr>
          <w:lang w:val="nl-BE"/>
        </w:rPr>
        <w:t xml:space="preserve"> </w:t>
      </w:r>
      <w:r w:rsidR="008F42D4">
        <w:rPr>
          <w:lang w:val="nl-BE"/>
        </w:rPr>
        <w:t>gaat dit</w:t>
      </w:r>
      <w:r>
        <w:rPr>
          <w:lang w:val="nl-BE"/>
        </w:rPr>
        <w:t xml:space="preserve"> engagement </w:t>
      </w:r>
      <w:r w:rsidR="008F42D4">
        <w:rPr>
          <w:lang w:val="nl-BE"/>
        </w:rPr>
        <w:t>aan</w:t>
      </w:r>
      <w:r>
        <w:rPr>
          <w:lang w:val="nl-BE"/>
        </w:rPr>
        <w:t xml:space="preserve"> tot eind Juni 2026. Het is belangrijk dat het voor het personeel duidelijk is wie wat doet. </w:t>
      </w:r>
      <w:r w:rsidR="008F42D4">
        <w:rPr>
          <w:lang w:val="nl-BE"/>
        </w:rPr>
        <w:t xml:space="preserve"> Er zal ook een korte en duidelijke opvolging zijn vanuit </w:t>
      </w:r>
      <w:proofErr w:type="spellStart"/>
      <w:r w:rsidR="008F42D4">
        <w:rPr>
          <w:lang w:val="nl-BE"/>
        </w:rPr>
        <w:t>Komo</w:t>
      </w:r>
      <w:proofErr w:type="spellEnd"/>
      <w:r w:rsidR="008F42D4">
        <w:rPr>
          <w:lang w:val="nl-BE"/>
        </w:rPr>
        <w:t xml:space="preserve"> om zeker te zijn dat alles goed en vlot verloopt.</w:t>
      </w:r>
    </w:p>
    <w:p w14:paraId="44C094B9" w14:textId="32E914F3" w:rsidR="004D44B9" w:rsidRPr="00DA0660" w:rsidRDefault="00F05338">
      <w:pPr>
        <w:rPr>
          <w:lang w:val="nl-BE"/>
        </w:rPr>
      </w:pPr>
      <w:r>
        <w:rPr>
          <w:lang w:val="nl-BE"/>
        </w:rPr>
        <w:t xml:space="preserve">Alle scholen van de scholengemeenschap dragen </w:t>
      </w:r>
      <w:r w:rsidR="00B12B9D">
        <w:rPr>
          <w:lang w:val="nl-BE"/>
        </w:rPr>
        <w:t>bij om dit mogelijk te maken daar er hiervoor geen extra uren voorzien worden.</w:t>
      </w:r>
    </w:p>
    <w:p w14:paraId="7E1FF33A" w14:textId="2371E980" w:rsidR="007D3B4F" w:rsidRDefault="005E5518" w:rsidP="00EE4209">
      <w:pPr>
        <w:pStyle w:val="Kop2"/>
        <w:numPr>
          <w:ilvl w:val="0"/>
          <w:numId w:val="10"/>
        </w:numPr>
        <w:rPr>
          <w:lang w:val="nl-BE"/>
        </w:rPr>
      </w:pPr>
      <w:r>
        <w:rPr>
          <w:lang w:val="nl-BE"/>
        </w:rPr>
        <w:t>Werkgroep Visie: Logo</w:t>
      </w:r>
    </w:p>
    <w:p w14:paraId="7B912C5D" w14:textId="77777777" w:rsidR="00D13420" w:rsidRDefault="00D13420" w:rsidP="00D13420">
      <w:pPr>
        <w:rPr>
          <w:lang w:val="nl-BE"/>
        </w:rPr>
      </w:pPr>
    </w:p>
    <w:p w14:paraId="7A8293EE" w14:textId="4CE4D050" w:rsidR="00D13420" w:rsidRPr="00D13420" w:rsidRDefault="00D13420" w:rsidP="00D13420">
      <w:pPr>
        <w:rPr>
          <w:lang w:val="nl-BE"/>
        </w:rPr>
      </w:pPr>
      <w:r>
        <w:rPr>
          <w:noProof/>
        </w:rPr>
        <w:drawing>
          <wp:inline distT="0" distB="0" distL="0" distR="0" wp14:anchorId="01187A50" wp14:editId="1850397E">
            <wp:extent cx="5486400" cy="4065905"/>
            <wp:effectExtent l="0" t="0" r="0" b="0"/>
            <wp:docPr id="4" name="Afbeelding 3" descr="Afbeelding met tekst, schermopname, Lettertype, ontwerp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39B09BD7-F97A-2C70-715F-1712408988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 met tekst, schermopname, Lettertype, ontwerp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39B09BD7-F97A-2C70-715F-1712408988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ABBF9" w14:textId="24A84495" w:rsidR="0081382F" w:rsidRDefault="00EE4209" w:rsidP="00EE4209">
      <w:pPr>
        <w:rPr>
          <w:lang w:val="nl-BE"/>
        </w:rPr>
      </w:pPr>
      <w:r>
        <w:rPr>
          <w:lang w:val="nl-BE"/>
        </w:rPr>
        <w:t xml:space="preserve">Vorig </w:t>
      </w:r>
      <w:r w:rsidR="00C923D1">
        <w:rPr>
          <w:lang w:val="nl-BE"/>
        </w:rPr>
        <w:t>schooljaar</w:t>
      </w:r>
      <w:r w:rsidR="000951C3">
        <w:rPr>
          <w:lang w:val="nl-BE"/>
        </w:rPr>
        <w:t xml:space="preserve">, </w:t>
      </w:r>
      <w:r w:rsidR="005C1CD0">
        <w:rPr>
          <w:lang w:val="nl-BE"/>
        </w:rPr>
        <w:t>midden</w:t>
      </w:r>
      <w:r w:rsidR="000951C3">
        <w:rPr>
          <w:lang w:val="nl-BE"/>
        </w:rPr>
        <w:t xml:space="preserve"> </w:t>
      </w:r>
      <w:r w:rsidR="005C1CD0">
        <w:rPr>
          <w:lang w:val="nl-BE"/>
        </w:rPr>
        <w:t>f</w:t>
      </w:r>
      <w:r w:rsidR="000951C3">
        <w:rPr>
          <w:lang w:val="nl-BE"/>
        </w:rPr>
        <w:t>ebruari, werd er gestart met een bevraging o</w:t>
      </w:r>
      <w:r w:rsidR="005B5291">
        <w:rPr>
          <w:lang w:val="nl-BE"/>
        </w:rPr>
        <w:t xml:space="preserve">m feedback te verzamelen </w:t>
      </w:r>
      <w:proofErr w:type="spellStart"/>
      <w:r w:rsidR="005B5291">
        <w:rPr>
          <w:lang w:val="nl-BE"/>
        </w:rPr>
        <w:t>ivm</w:t>
      </w:r>
      <w:proofErr w:type="spellEnd"/>
      <w:r w:rsidR="005B5291">
        <w:rPr>
          <w:lang w:val="nl-BE"/>
        </w:rPr>
        <w:t xml:space="preserve"> hoe zie je de droomschool. Er werd een bevraging uitgevoerd bij personeel, ouders en leerlingen. </w:t>
      </w:r>
      <w:r w:rsidR="000138A4">
        <w:rPr>
          <w:lang w:val="nl-BE"/>
        </w:rPr>
        <w:t>Feedback werd verzameld en ondergebracht in 5 bouwstenen. In mei</w:t>
      </w:r>
      <w:r w:rsidR="00017DFF">
        <w:rPr>
          <w:lang w:val="nl-BE"/>
        </w:rPr>
        <w:t xml:space="preserve"> 2025 </w:t>
      </w:r>
      <w:r w:rsidR="000138A4">
        <w:rPr>
          <w:lang w:val="nl-BE"/>
        </w:rPr>
        <w:t>werd visietekst voorgesteld aan het team</w:t>
      </w:r>
      <w:r w:rsidR="001E5547">
        <w:rPr>
          <w:lang w:val="nl-BE"/>
        </w:rPr>
        <w:t>. In juni</w:t>
      </w:r>
      <w:r w:rsidR="00017DFF">
        <w:rPr>
          <w:lang w:val="nl-BE"/>
        </w:rPr>
        <w:t xml:space="preserve"> 2025</w:t>
      </w:r>
      <w:r w:rsidR="001E5547">
        <w:rPr>
          <w:lang w:val="nl-BE"/>
        </w:rPr>
        <w:t xml:space="preserve"> werd deze tekst voorgelegd aan de ouderraad en het LBC. Vorig schooljaar werd er ook al nagedacht over het nieuwe logo</w:t>
      </w:r>
      <w:r w:rsidR="0081382F">
        <w:rPr>
          <w:lang w:val="nl-BE"/>
        </w:rPr>
        <w:t>.  Er kwam consensus over 2 logo’s en dit werd samengebracht in 1 logo:</w:t>
      </w:r>
    </w:p>
    <w:p w14:paraId="0EC67AD3" w14:textId="67782181" w:rsidR="00D13420" w:rsidRDefault="00D13420" w:rsidP="00EE4209">
      <w:pPr>
        <w:rPr>
          <w:lang w:val="nl-BE"/>
        </w:rPr>
      </w:pPr>
      <w:r w:rsidRPr="00D13420">
        <w:rPr>
          <w:noProof/>
        </w:rPr>
        <w:lastRenderedPageBreak/>
        <w:drawing>
          <wp:inline distT="0" distB="0" distL="0" distR="0" wp14:anchorId="06AA2D94" wp14:editId="08847228">
            <wp:extent cx="4556646" cy="4415901"/>
            <wp:effectExtent l="0" t="0" r="0" b="3810"/>
            <wp:docPr id="3" name="Afbeelding 2" descr="Afbeelding met clipart, Kinderkunst, tekenfilm, illustratie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1EE46F45-4A81-1A25-8DC1-62368215E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clipart, Kinderkunst, tekenfilm, illustratie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1EE46F45-4A81-1A25-8DC1-62368215E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6646" cy="441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357D" w14:textId="58BA5989" w:rsidR="0081382F" w:rsidRDefault="0081382F" w:rsidP="0081382F">
      <w:pPr>
        <w:pStyle w:val="Lijstalinea"/>
        <w:numPr>
          <w:ilvl w:val="0"/>
          <w:numId w:val="11"/>
        </w:numPr>
        <w:rPr>
          <w:lang w:val="nl-BE"/>
        </w:rPr>
      </w:pPr>
      <w:r>
        <w:rPr>
          <w:lang w:val="nl-BE"/>
        </w:rPr>
        <w:t>De kinderen sta</w:t>
      </w:r>
      <w:r w:rsidR="00D13420">
        <w:rPr>
          <w:lang w:val="nl-BE"/>
        </w:rPr>
        <w:t>a</w:t>
      </w:r>
      <w:r>
        <w:rPr>
          <w:lang w:val="nl-BE"/>
        </w:rPr>
        <w:t>n te trappelen om het pad te beklimmen</w:t>
      </w:r>
    </w:p>
    <w:p w14:paraId="2AE9AE42" w14:textId="77777777" w:rsidR="00635D2A" w:rsidRDefault="0081382F" w:rsidP="0081382F">
      <w:pPr>
        <w:pStyle w:val="Lijstalinea"/>
        <w:numPr>
          <w:ilvl w:val="0"/>
          <w:numId w:val="11"/>
        </w:numPr>
        <w:rPr>
          <w:lang w:val="nl-BE"/>
        </w:rPr>
      </w:pPr>
      <w:r>
        <w:rPr>
          <w:lang w:val="nl-BE"/>
        </w:rPr>
        <w:t xml:space="preserve">De lindebomen </w:t>
      </w:r>
      <w:r w:rsidR="00635D2A">
        <w:rPr>
          <w:lang w:val="nl-BE"/>
        </w:rPr>
        <w:t>waar we samen spelen en leren</w:t>
      </w:r>
    </w:p>
    <w:p w14:paraId="7A604F25" w14:textId="77777777" w:rsidR="00635D2A" w:rsidRDefault="00635D2A" w:rsidP="0081382F">
      <w:pPr>
        <w:pStyle w:val="Lijstalinea"/>
        <w:numPr>
          <w:ilvl w:val="0"/>
          <w:numId w:val="11"/>
        </w:numPr>
        <w:rPr>
          <w:lang w:val="nl-BE"/>
        </w:rPr>
      </w:pPr>
      <w:r>
        <w:rPr>
          <w:lang w:val="nl-BE"/>
        </w:rPr>
        <w:t>Toverberg is het fundament</w:t>
      </w:r>
    </w:p>
    <w:p w14:paraId="69B9A55F" w14:textId="50AEF0A4" w:rsidR="00A86086" w:rsidRDefault="00635D2A" w:rsidP="0081382F">
      <w:pPr>
        <w:pStyle w:val="Lijstalinea"/>
        <w:numPr>
          <w:ilvl w:val="0"/>
          <w:numId w:val="11"/>
        </w:numPr>
        <w:rPr>
          <w:lang w:val="nl-BE"/>
        </w:rPr>
      </w:pPr>
      <w:r>
        <w:rPr>
          <w:lang w:val="nl-BE"/>
        </w:rPr>
        <w:t xml:space="preserve">De toren bouwen we </w:t>
      </w:r>
      <w:r w:rsidR="00E437F9">
        <w:rPr>
          <w:lang w:val="nl-BE"/>
        </w:rPr>
        <w:t>op een stevige basis. De kinderen bereiken in de lagere school de top van de toren en staan klaar voor het secundair</w:t>
      </w:r>
    </w:p>
    <w:p w14:paraId="0EBE5A4F" w14:textId="77777777" w:rsidR="00A86A71" w:rsidRDefault="00A86086" w:rsidP="0081382F">
      <w:pPr>
        <w:pStyle w:val="Lijstalinea"/>
        <w:numPr>
          <w:ilvl w:val="0"/>
          <w:numId w:val="11"/>
        </w:numPr>
        <w:rPr>
          <w:lang w:val="nl-BE"/>
        </w:rPr>
      </w:pPr>
      <w:r>
        <w:rPr>
          <w:lang w:val="nl-BE"/>
        </w:rPr>
        <w:t>De sterren komen terug in het logo, net als steren staan ouders en leerkrachten klaar om leerlingen verder te laten groeien</w:t>
      </w:r>
    </w:p>
    <w:p w14:paraId="231744BE" w14:textId="77777777" w:rsidR="00BC780D" w:rsidRDefault="00A86A71" w:rsidP="00A86A71">
      <w:pPr>
        <w:rPr>
          <w:lang w:val="nl-BE"/>
        </w:rPr>
      </w:pPr>
      <w:r>
        <w:rPr>
          <w:lang w:val="nl-BE"/>
        </w:rPr>
        <w:t>Dit schooljaar wordt er verder gewerkt aan visietekst en elementen.</w:t>
      </w:r>
      <w:r w:rsidR="00397C1C">
        <w:rPr>
          <w:lang w:val="nl-BE"/>
        </w:rPr>
        <w:t xml:space="preserve"> Ieder klas heeft een element waar </w:t>
      </w:r>
      <w:r w:rsidR="008825EC">
        <w:rPr>
          <w:lang w:val="nl-BE"/>
        </w:rPr>
        <w:t>ze rond werken.</w:t>
      </w:r>
      <w:r w:rsidR="00BC780D">
        <w:rPr>
          <w:lang w:val="nl-BE"/>
        </w:rPr>
        <w:t xml:space="preserve"> </w:t>
      </w:r>
    </w:p>
    <w:p w14:paraId="36CEDE84" w14:textId="77777777" w:rsidR="004961F6" w:rsidRDefault="00BC780D" w:rsidP="00A86A71">
      <w:pPr>
        <w:rPr>
          <w:lang w:val="nl-BE"/>
        </w:rPr>
      </w:pPr>
      <w:r>
        <w:rPr>
          <w:lang w:val="nl-BE"/>
        </w:rPr>
        <w:t xml:space="preserve">Het logo wordt nu verder </w:t>
      </w:r>
      <w:r w:rsidR="004961F6">
        <w:rPr>
          <w:lang w:val="nl-BE"/>
        </w:rPr>
        <w:t>aangepast door een grafisch ontwerper. Eerste draft zullen in december klaar zijn.</w:t>
      </w:r>
    </w:p>
    <w:p w14:paraId="1181F299" w14:textId="75AAE5DB" w:rsidR="002D6EC7" w:rsidRPr="002D6EC7" w:rsidRDefault="004961F6" w:rsidP="002D6EC7">
      <w:pPr>
        <w:rPr>
          <w:lang w:val="nl-BE"/>
        </w:rPr>
      </w:pPr>
      <w:r>
        <w:rPr>
          <w:lang w:val="nl-BE"/>
        </w:rPr>
        <w:t>Er is ook gestart met het schrijven van een schoolboek</w:t>
      </w:r>
      <w:r w:rsidR="0082723C">
        <w:rPr>
          <w:lang w:val="nl-BE"/>
        </w:rPr>
        <w:t xml:space="preserve">. </w:t>
      </w:r>
      <w:r>
        <w:rPr>
          <w:lang w:val="nl-BE"/>
        </w:rPr>
        <w:t xml:space="preserve"> </w:t>
      </w:r>
      <w:r w:rsidR="0082723C">
        <w:rPr>
          <w:lang w:val="nl-BE"/>
        </w:rPr>
        <w:t>De</w:t>
      </w:r>
      <w:r w:rsidR="00A54027">
        <w:rPr>
          <w:lang w:val="nl-BE"/>
        </w:rPr>
        <w:t xml:space="preserve"> 3</w:t>
      </w:r>
      <w:r w:rsidR="00A54027" w:rsidRPr="00A54027">
        <w:rPr>
          <w:vertAlign w:val="superscript"/>
          <w:lang w:val="nl-BE"/>
        </w:rPr>
        <w:t>de</w:t>
      </w:r>
      <w:r w:rsidR="00A54027">
        <w:rPr>
          <w:lang w:val="nl-BE"/>
        </w:rPr>
        <w:t xml:space="preserve"> kleuterklas</w:t>
      </w:r>
      <w:r w:rsidR="0082723C">
        <w:rPr>
          <w:lang w:val="nl-BE"/>
        </w:rPr>
        <w:t xml:space="preserve"> is hiermee eerst aan de slag gegaan</w:t>
      </w:r>
      <w:r w:rsidR="00A54027">
        <w:rPr>
          <w:lang w:val="nl-BE"/>
        </w:rPr>
        <w:t>.  De kinderen schrijven zelf het verhaal.  Er wordt ook een schoollied gemaakt</w:t>
      </w:r>
      <w:r w:rsidR="002D6EC7">
        <w:rPr>
          <w:lang w:val="nl-BE"/>
        </w:rPr>
        <w:t>. Op</w:t>
      </w:r>
      <w:r w:rsidR="002D6EC7" w:rsidRPr="002D6EC7">
        <w:rPr>
          <w:lang w:val="nl-BE"/>
        </w:rPr>
        <w:t xml:space="preserve"> het  schoolfeest zal de visie tot leven komen</w:t>
      </w:r>
      <w:r w:rsidR="002D6EC7">
        <w:rPr>
          <w:lang w:val="nl-BE"/>
        </w:rPr>
        <w:t>, de</w:t>
      </w:r>
      <w:r w:rsidR="002D6EC7" w:rsidRPr="002D6EC7">
        <w:rPr>
          <w:lang w:val="nl-BE"/>
        </w:rPr>
        <w:t xml:space="preserve"> ouders krijgen d</w:t>
      </w:r>
      <w:r w:rsidR="002D6EC7">
        <w:rPr>
          <w:lang w:val="nl-BE"/>
        </w:rPr>
        <w:t>an d</w:t>
      </w:r>
      <w:r w:rsidR="002D6EC7" w:rsidRPr="002D6EC7">
        <w:rPr>
          <w:lang w:val="nl-BE"/>
        </w:rPr>
        <w:t xml:space="preserve">e visualisering van de visie te zien. Het nieuwe logo </w:t>
      </w:r>
      <w:r w:rsidR="002D6EC7">
        <w:rPr>
          <w:lang w:val="nl-BE"/>
        </w:rPr>
        <w:t>wordt later onthuld</w:t>
      </w:r>
      <w:r w:rsidR="002D6EC7" w:rsidRPr="002D6EC7">
        <w:rPr>
          <w:lang w:val="nl-BE"/>
        </w:rPr>
        <w:t>.</w:t>
      </w:r>
    </w:p>
    <w:p w14:paraId="436FC030" w14:textId="41448DC1" w:rsidR="004961F6" w:rsidRDefault="004961F6" w:rsidP="00A86A71">
      <w:pPr>
        <w:rPr>
          <w:lang w:val="nl-BE"/>
        </w:rPr>
      </w:pPr>
    </w:p>
    <w:p w14:paraId="6A470350" w14:textId="77777777" w:rsidR="005C1CD0" w:rsidRDefault="005C1CD0" w:rsidP="00A86A71">
      <w:pPr>
        <w:rPr>
          <w:lang w:val="nl-BE"/>
        </w:rPr>
      </w:pPr>
    </w:p>
    <w:p w14:paraId="40D752BC" w14:textId="77777777" w:rsidR="005C1CD0" w:rsidRDefault="005C1CD0" w:rsidP="00A86A71">
      <w:pPr>
        <w:rPr>
          <w:lang w:val="nl-BE"/>
        </w:rPr>
      </w:pPr>
    </w:p>
    <w:p w14:paraId="6A83315A" w14:textId="0B32750A" w:rsidR="00376195" w:rsidRDefault="00376195" w:rsidP="00A86A71">
      <w:pPr>
        <w:rPr>
          <w:lang w:val="nl-BE"/>
        </w:rPr>
      </w:pPr>
      <w:r>
        <w:rPr>
          <w:lang w:val="nl-BE"/>
        </w:rPr>
        <w:t>Acties op kinderniveau:</w:t>
      </w:r>
    </w:p>
    <w:p w14:paraId="61FDFA01" w14:textId="1C812FC9" w:rsidR="00376195" w:rsidRDefault="00376195" w:rsidP="00A86A71">
      <w:pPr>
        <w:rPr>
          <w:lang w:val="nl-BE"/>
        </w:rPr>
      </w:pPr>
      <w:r>
        <w:rPr>
          <w:lang w:val="nl-BE"/>
        </w:rPr>
        <w:t>Leerlingenraad wordt erbij betrokken en kinderen worden bij het verhaal betrokken</w:t>
      </w:r>
    </w:p>
    <w:p w14:paraId="28EF344F" w14:textId="179E932F" w:rsidR="00376195" w:rsidRDefault="00376195" w:rsidP="00A86A71">
      <w:pPr>
        <w:rPr>
          <w:lang w:val="nl-BE"/>
        </w:rPr>
      </w:pPr>
      <w:r>
        <w:rPr>
          <w:lang w:val="nl-BE"/>
        </w:rPr>
        <w:t>Acties op ouderniveau:</w:t>
      </w:r>
    </w:p>
    <w:p w14:paraId="29E68B45" w14:textId="0ED69C7F" w:rsidR="00376195" w:rsidRDefault="00E844AB" w:rsidP="00A86A71">
      <w:pPr>
        <w:rPr>
          <w:lang w:val="nl-BE"/>
        </w:rPr>
      </w:pPr>
      <w:r>
        <w:rPr>
          <w:lang w:val="nl-BE"/>
        </w:rPr>
        <w:t>Ook ouderraad wordt betrokken, crea-namiddag organiseren om samen elementen van het logo te maken</w:t>
      </w:r>
    </w:p>
    <w:p w14:paraId="7AB6438A" w14:textId="37DF490C" w:rsidR="0082723C" w:rsidRDefault="0082723C" w:rsidP="00A86A71">
      <w:pPr>
        <w:rPr>
          <w:lang w:val="nl-BE"/>
        </w:rPr>
      </w:pPr>
      <w:r>
        <w:rPr>
          <w:noProof/>
        </w:rPr>
        <w:drawing>
          <wp:inline distT="0" distB="0" distL="0" distR="0" wp14:anchorId="0C02298E" wp14:editId="12BD6EAE">
            <wp:extent cx="5486400" cy="3086100"/>
            <wp:effectExtent l="0" t="0" r="0" b="0"/>
            <wp:docPr id="52884365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43652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3C595" w14:textId="2BAB282F" w:rsidR="00B51E31" w:rsidRDefault="00B51E31" w:rsidP="00B51E31">
      <w:pPr>
        <w:pStyle w:val="Kop2"/>
        <w:numPr>
          <w:ilvl w:val="0"/>
          <w:numId w:val="10"/>
        </w:numPr>
        <w:rPr>
          <w:lang w:val="nl-BE"/>
        </w:rPr>
      </w:pPr>
      <w:r>
        <w:rPr>
          <w:lang w:val="nl-BE"/>
        </w:rPr>
        <w:t>Opstart Schoolbibliotheek</w:t>
      </w:r>
    </w:p>
    <w:p w14:paraId="5F53C4A0" w14:textId="6DE505DE" w:rsidR="00B51E31" w:rsidRDefault="00D75953" w:rsidP="00B51E31">
      <w:pPr>
        <w:rPr>
          <w:lang w:val="nl-BE"/>
        </w:rPr>
      </w:pPr>
      <w:r>
        <w:rPr>
          <w:lang w:val="nl-BE"/>
        </w:rPr>
        <w:t>Opstart schoolbibliotheek is een succes. Boeken en gezelschapspelletjes zijn welkom.</w:t>
      </w:r>
      <w:r w:rsidR="00134A1D">
        <w:rPr>
          <w:lang w:val="nl-BE"/>
        </w:rPr>
        <w:t xml:space="preserve"> Deze is maandag open van 15:30-16:30 voor ouders en kinderen om gezelschapsspelletjes te komen ontlenen.  Op middagen is de bibliotheek open voor de leerlingen. </w:t>
      </w:r>
    </w:p>
    <w:p w14:paraId="521463D1" w14:textId="5E594F96" w:rsidR="002A41F6" w:rsidRDefault="00C7599C" w:rsidP="00B51E31">
      <w:pPr>
        <w:rPr>
          <w:lang w:val="nl-BE"/>
        </w:rPr>
      </w:pPr>
      <w:r>
        <w:rPr>
          <w:lang w:val="nl-BE"/>
        </w:rPr>
        <w:t>Misschien kan de ouderraad ook mensen motiveren om hier langs te komen.</w:t>
      </w:r>
    </w:p>
    <w:p w14:paraId="78F59BD1" w14:textId="29095C9A" w:rsidR="00132C08" w:rsidRPr="00D75953" w:rsidRDefault="00132C08" w:rsidP="00B51E31">
      <w:pPr>
        <w:rPr>
          <w:lang w:val="nl-BE"/>
        </w:rPr>
      </w:pPr>
      <w:r>
        <w:rPr>
          <w:lang w:val="nl-BE"/>
        </w:rPr>
        <w:t xml:space="preserve">Boeken vanaf 2005 en gezelschapsspellen zijn altijd welkom. </w:t>
      </w:r>
    </w:p>
    <w:p w14:paraId="2072947A" w14:textId="7EDFDB94" w:rsidR="008E41C9" w:rsidRDefault="008E41C9" w:rsidP="008E41C9">
      <w:pPr>
        <w:pStyle w:val="Kop2"/>
        <w:numPr>
          <w:ilvl w:val="0"/>
          <w:numId w:val="10"/>
        </w:numPr>
        <w:rPr>
          <w:lang w:val="nl-BE"/>
        </w:rPr>
      </w:pPr>
      <w:r>
        <w:rPr>
          <w:lang w:val="nl-BE"/>
        </w:rPr>
        <w:t>Voorzitterschap 2026-2027</w:t>
      </w:r>
    </w:p>
    <w:p w14:paraId="761C5338" w14:textId="6AA6A780" w:rsidR="008E41C9" w:rsidRDefault="00F8270E" w:rsidP="008E41C9">
      <w:pPr>
        <w:rPr>
          <w:lang w:val="nl-BE"/>
        </w:rPr>
      </w:pPr>
      <w:r>
        <w:rPr>
          <w:lang w:val="nl-BE"/>
        </w:rPr>
        <w:t>Alleen Melissa is kandidaat voorzitter.</w:t>
      </w:r>
      <w:r w:rsidR="001D7C7A">
        <w:rPr>
          <w:lang w:val="nl-BE"/>
        </w:rPr>
        <w:t xml:space="preserve"> Zij krijgt het vertrouwen van de hele ouderraad</w:t>
      </w:r>
      <w:r w:rsidR="00DC70F0">
        <w:rPr>
          <w:lang w:val="nl-BE"/>
        </w:rPr>
        <w:t xml:space="preserve"> en wordt verkozen als nieuwe voorzitter. Van harte proficiat</w:t>
      </w:r>
      <w:r w:rsidR="001D7C7A">
        <w:rPr>
          <w:lang w:val="nl-BE"/>
        </w:rPr>
        <w:t>. Vanaf januari zal Melissa samen lopen met Olivia</w:t>
      </w:r>
      <w:r w:rsidR="005551F0">
        <w:rPr>
          <w:lang w:val="nl-BE"/>
        </w:rPr>
        <w:t xml:space="preserve">.  </w:t>
      </w:r>
      <w:r w:rsidR="00854DD0">
        <w:rPr>
          <w:lang w:val="nl-BE"/>
        </w:rPr>
        <w:t xml:space="preserve">Ook een dankjewel aan Olivia voor al de support.  Het is belangrijk dat </w:t>
      </w:r>
      <w:r w:rsidR="0043541D">
        <w:rPr>
          <w:lang w:val="nl-BE"/>
        </w:rPr>
        <w:t>er ook werk gemaakt wordt van een nieuw</w:t>
      </w:r>
      <w:r w:rsidR="005551F0">
        <w:rPr>
          <w:lang w:val="nl-BE"/>
        </w:rPr>
        <w:t xml:space="preserve"> huishoudelijk reglement</w:t>
      </w:r>
      <w:r w:rsidR="0043541D">
        <w:rPr>
          <w:lang w:val="nl-BE"/>
        </w:rPr>
        <w:t>.</w:t>
      </w:r>
    </w:p>
    <w:p w14:paraId="1B62C0BA" w14:textId="7D8566C7" w:rsidR="00987068" w:rsidRDefault="00987068" w:rsidP="00987068">
      <w:pPr>
        <w:pStyle w:val="Kop2"/>
        <w:numPr>
          <w:ilvl w:val="0"/>
          <w:numId w:val="10"/>
        </w:numPr>
        <w:rPr>
          <w:lang w:val="nl-BE"/>
        </w:rPr>
      </w:pPr>
      <w:r>
        <w:rPr>
          <w:lang w:val="nl-BE"/>
        </w:rPr>
        <w:lastRenderedPageBreak/>
        <w:t>Warme wintermarkt</w:t>
      </w:r>
    </w:p>
    <w:p w14:paraId="787DBE89" w14:textId="18140C7B" w:rsidR="00987068" w:rsidRDefault="00CB1727" w:rsidP="00987068">
      <w:pPr>
        <w:rPr>
          <w:lang w:val="nl-BE"/>
        </w:rPr>
      </w:pPr>
      <w:r>
        <w:rPr>
          <w:lang w:val="nl-BE"/>
        </w:rPr>
        <w:t>Winter</w:t>
      </w:r>
      <w:r w:rsidR="006B71A5">
        <w:rPr>
          <w:lang w:val="nl-BE"/>
        </w:rPr>
        <w:t>markt</w:t>
      </w:r>
      <w:r w:rsidR="0092500B">
        <w:rPr>
          <w:lang w:val="nl-BE"/>
        </w:rPr>
        <w:t xml:space="preserve"> is een gezellig samenzijn. Dit jaar zouden we de wintermarkt naar buiten brengen. </w:t>
      </w:r>
      <w:r w:rsidR="006B71A5">
        <w:rPr>
          <w:lang w:val="nl-BE"/>
        </w:rPr>
        <w:t xml:space="preserve"> Er zou gezorgd worden voor:</w:t>
      </w:r>
    </w:p>
    <w:p w14:paraId="614C98E7" w14:textId="17D84CF5" w:rsidR="006B71A5" w:rsidRDefault="006B71A5" w:rsidP="006B71A5">
      <w:pPr>
        <w:pStyle w:val="Lijstalinea"/>
        <w:numPr>
          <w:ilvl w:val="0"/>
          <w:numId w:val="11"/>
        </w:numPr>
        <w:rPr>
          <w:lang w:val="nl-BE"/>
        </w:rPr>
      </w:pPr>
      <w:r>
        <w:rPr>
          <w:lang w:val="nl-BE"/>
        </w:rPr>
        <w:t>Soep</w:t>
      </w:r>
    </w:p>
    <w:p w14:paraId="02B83DC3" w14:textId="2B6A15E3" w:rsidR="006E6F06" w:rsidRDefault="00FD4F13" w:rsidP="006B71A5">
      <w:pPr>
        <w:pStyle w:val="Lijstalinea"/>
        <w:numPr>
          <w:ilvl w:val="0"/>
          <w:numId w:val="11"/>
        </w:numPr>
        <w:rPr>
          <w:lang w:val="nl-BE"/>
        </w:rPr>
      </w:pPr>
      <w:r>
        <w:rPr>
          <w:lang w:val="nl-BE"/>
        </w:rPr>
        <w:t>Croque Monsieur</w:t>
      </w:r>
    </w:p>
    <w:p w14:paraId="705C5BBB" w14:textId="42B61408" w:rsidR="006B71A5" w:rsidRDefault="006B71A5" w:rsidP="006B71A5">
      <w:pPr>
        <w:pStyle w:val="Lijstalinea"/>
        <w:numPr>
          <w:ilvl w:val="0"/>
          <w:numId w:val="11"/>
        </w:numPr>
        <w:rPr>
          <w:lang w:val="nl-BE"/>
        </w:rPr>
      </w:pPr>
      <w:r>
        <w:rPr>
          <w:lang w:val="nl-BE"/>
        </w:rPr>
        <w:t>Chocomelk</w:t>
      </w:r>
    </w:p>
    <w:p w14:paraId="73E73137" w14:textId="38CBD968" w:rsidR="00BF4CC2" w:rsidRDefault="005B7CC2" w:rsidP="006B71A5">
      <w:pPr>
        <w:pStyle w:val="Lijstalinea"/>
        <w:numPr>
          <w:ilvl w:val="0"/>
          <w:numId w:val="11"/>
        </w:numPr>
        <w:rPr>
          <w:lang w:val="nl-BE"/>
        </w:rPr>
      </w:pPr>
      <w:r>
        <w:rPr>
          <w:lang w:val="nl-BE"/>
        </w:rPr>
        <w:t>Gebak</w:t>
      </w:r>
      <w:r w:rsidR="00B40442">
        <w:rPr>
          <w:lang w:val="nl-BE"/>
        </w:rPr>
        <w:t>, koffie, thee met een knusse hoek</w:t>
      </w:r>
    </w:p>
    <w:p w14:paraId="39DE24F9" w14:textId="7F60393A" w:rsidR="00CE5301" w:rsidRDefault="00CE5301" w:rsidP="00CE5301">
      <w:pPr>
        <w:rPr>
          <w:lang w:val="nl-BE"/>
        </w:rPr>
      </w:pPr>
      <w:r>
        <w:rPr>
          <w:lang w:val="nl-BE"/>
        </w:rPr>
        <w:t xml:space="preserve">5/12 </w:t>
      </w:r>
      <w:r w:rsidR="00E72411">
        <w:rPr>
          <w:lang w:val="nl-BE"/>
        </w:rPr>
        <w:t xml:space="preserve">wordt de folder meegegeven. </w:t>
      </w:r>
      <w:r w:rsidR="00DD7219">
        <w:rPr>
          <w:lang w:val="nl-BE"/>
        </w:rPr>
        <w:t>De wintermarkt start om 15:30 tot ongeveer 20:30</w:t>
      </w:r>
      <w:r w:rsidR="00484D7B">
        <w:rPr>
          <w:lang w:val="nl-BE"/>
        </w:rPr>
        <w:t xml:space="preserve">. </w:t>
      </w:r>
    </w:p>
    <w:p w14:paraId="3EE5F17C" w14:textId="1FA96019" w:rsidR="00B40442" w:rsidRDefault="00B40442" w:rsidP="00CE5301">
      <w:pPr>
        <w:rPr>
          <w:lang w:val="nl-BE"/>
        </w:rPr>
      </w:pPr>
      <w:r>
        <w:rPr>
          <w:lang w:val="nl-BE"/>
        </w:rPr>
        <w:t>Werkgroep festiviteiten</w:t>
      </w:r>
      <w:r w:rsidR="004E14D1">
        <w:rPr>
          <w:lang w:val="nl-BE"/>
        </w:rPr>
        <w:t xml:space="preserve"> zal </w:t>
      </w:r>
      <w:r w:rsidR="00A0643A">
        <w:rPr>
          <w:lang w:val="nl-BE"/>
        </w:rPr>
        <w:t>hier achter de schermen nog verder</w:t>
      </w:r>
      <w:r w:rsidR="0043541D">
        <w:rPr>
          <w:lang w:val="nl-BE"/>
        </w:rPr>
        <w:t xml:space="preserve"> mee</w:t>
      </w:r>
      <w:r w:rsidR="00A0643A">
        <w:rPr>
          <w:lang w:val="nl-BE"/>
        </w:rPr>
        <w:t xml:space="preserve"> aan de slag gaan.</w:t>
      </w:r>
    </w:p>
    <w:p w14:paraId="72A169DA" w14:textId="535529F4" w:rsidR="00A0643A" w:rsidRDefault="00A0643A" w:rsidP="00A0643A">
      <w:pPr>
        <w:pStyle w:val="Kop2"/>
        <w:numPr>
          <w:ilvl w:val="0"/>
          <w:numId w:val="10"/>
        </w:numPr>
        <w:rPr>
          <w:lang w:val="nl-BE"/>
        </w:rPr>
      </w:pPr>
      <w:r>
        <w:rPr>
          <w:lang w:val="nl-BE"/>
        </w:rPr>
        <w:t>Nieuwjaarsreceptie</w:t>
      </w:r>
    </w:p>
    <w:p w14:paraId="3804BA89" w14:textId="3EAE585B" w:rsidR="00AC263F" w:rsidRDefault="00AC263F" w:rsidP="00AC263F">
      <w:pPr>
        <w:rPr>
          <w:lang w:val="nl-BE"/>
        </w:rPr>
      </w:pPr>
      <w:r>
        <w:rPr>
          <w:lang w:val="nl-BE"/>
        </w:rPr>
        <w:t>Er wordt een receptie aangeboden door de ouderraad</w:t>
      </w:r>
      <w:r w:rsidR="00E216B3">
        <w:rPr>
          <w:lang w:val="nl-BE"/>
        </w:rPr>
        <w:t>. Iedereen is welkom</w:t>
      </w:r>
      <w:r w:rsidR="00D40005">
        <w:rPr>
          <w:lang w:val="nl-BE"/>
        </w:rPr>
        <w:t xml:space="preserve"> </w:t>
      </w:r>
      <w:r w:rsidR="00C71451">
        <w:rPr>
          <w:lang w:val="nl-BE"/>
        </w:rPr>
        <w:t>op dinsdag 13 januari</w:t>
      </w:r>
      <w:r w:rsidR="00E216B3">
        <w:rPr>
          <w:lang w:val="nl-BE"/>
        </w:rPr>
        <w:t xml:space="preserve"> vanaf 20:00</w:t>
      </w:r>
      <w:r w:rsidR="000B4F8C">
        <w:rPr>
          <w:lang w:val="nl-BE"/>
        </w:rPr>
        <w:t>.</w:t>
      </w:r>
      <w:r w:rsidR="00A13954">
        <w:rPr>
          <w:lang w:val="nl-BE"/>
        </w:rPr>
        <w:t xml:space="preserve">Er kan hiervoor al reclame </w:t>
      </w:r>
      <w:r w:rsidR="004928D5">
        <w:rPr>
          <w:lang w:val="nl-BE"/>
        </w:rPr>
        <w:t>gemaakt worden tijdens de Wintermarkt.</w:t>
      </w:r>
    </w:p>
    <w:p w14:paraId="734989E4" w14:textId="5B8396E6" w:rsidR="004928D5" w:rsidRDefault="004928D5" w:rsidP="004928D5">
      <w:pPr>
        <w:pStyle w:val="Kop2"/>
        <w:numPr>
          <w:ilvl w:val="0"/>
          <w:numId w:val="10"/>
        </w:numPr>
        <w:rPr>
          <w:lang w:val="nl-BE"/>
        </w:rPr>
      </w:pPr>
      <w:r>
        <w:rPr>
          <w:lang w:val="nl-BE"/>
        </w:rPr>
        <w:t>Koffiemomenten</w:t>
      </w:r>
      <w:r w:rsidR="00D00378">
        <w:rPr>
          <w:lang w:val="nl-BE"/>
        </w:rPr>
        <w:t xml:space="preserve"> </w:t>
      </w:r>
    </w:p>
    <w:p w14:paraId="4EB3921E" w14:textId="52CA71F1" w:rsidR="00EB3317" w:rsidRDefault="00E945B0" w:rsidP="00EB3317">
      <w:pPr>
        <w:rPr>
          <w:lang w:val="nl-BE"/>
        </w:rPr>
      </w:pPr>
      <w:r>
        <w:rPr>
          <w:lang w:val="nl-BE"/>
        </w:rPr>
        <w:t xml:space="preserve">Donderdag </w:t>
      </w:r>
      <w:r w:rsidR="00EB3317">
        <w:rPr>
          <w:lang w:val="nl-BE"/>
        </w:rPr>
        <w:t>2 April: koffiemoment tijd</w:t>
      </w:r>
      <w:r w:rsidR="000B4BF1">
        <w:rPr>
          <w:lang w:val="nl-BE"/>
        </w:rPr>
        <w:t>ens het oudercontact vanaf 15:30</w:t>
      </w:r>
    </w:p>
    <w:p w14:paraId="1AFCA952" w14:textId="066DF8AA" w:rsidR="00007E89" w:rsidRPr="00007E89" w:rsidRDefault="00007E89" w:rsidP="00EB3317">
      <w:pPr>
        <w:pStyle w:val="Kop2"/>
        <w:numPr>
          <w:ilvl w:val="0"/>
          <w:numId w:val="10"/>
        </w:numPr>
        <w:rPr>
          <w:lang w:val="nl-BE"/>
        </w:rPr>
      </w:pPr>
      <w:r w:rsidRPr="00007E89">
        <w:rPr>
          <w:lang w:val="nl-BE"/>
        </w:rPr>
        <w:t xml:space="preserve">Data volgende vergaderingen </w:t>
      </w:r>
    </w:p>
    <w:p w14:paraId="3BB57DE9" w14:textId="1F8DC9C5" w:rsidR="00007E89" w:rsidRPr="00D43C38" w:rsidRDefault="005C1CD0" w:rsidP="00D43C38">
      <w:pPr>
        <w:pStyle w:val="Lijstalinea"/>
        <w:numPr>
          <w:ilvl w:val="0"/>
          <w:numId w:val="18"/>
        </w:numPr>
        <w:rPr>
          <w:lang w:val="nl-BE"/>
        </w:rPr>
      </w:pPr>
      <w:r>
        <w:rPr>
          <w:lang w:val="nl-BE"/>
        </w:rPr>
        <w:t>m</w:t>
      </w:r>
      <w:r w:rsidR="00007E89" w:rsidRPr="00D43C38">
        <w:rPr>
          <w:lang w:val="nl-BE"/>
        </w:rPr>
        <w:t>aart; 18 mei</w:t>
      </w:r>
    </w:p>
    <w:p w14:paraId="09D936CF" w14:textId="46712297" w:rsidR="00D43C38" w:rsidRDefault="00D43C38" w:rsidP="00D43C38">
      <w:pPr>
        <w:pStyle w:val="Kop2"/>
        <w:numPr>
          <w:ilvl w:val="0"/>
          <w:numId w:val="10"/>
        </w:numPr>
        <w:rPr>
          <w:lang w:val="nl-BE"/>
        </w:rPr>
      </w:pPr>
      <w:r>
        <w:rPr>
          <w:lang w:val="nl-BE"/>
        </w:rPr>
        <w:t>Vragenronde en varia</w:t>
      </w:r>
    </w:p>
    <w:p w14:paraId="6C2EB831" w14:textId="6B43B9FA" w:rsidR="00D43C38" w:rsidRPr="00D43C38" w:rsidRDefault="00D43C38" w:rsidP="00D43C38">
      <w:pPr>
        <w:rPr>
          <w:lang w:val="nl-BE"/>
        </w:rPr>
      </w:pPr>
      <w:r>
        <w:rPr>
          <w:lang w:val="nl-BE"/>
        </w:rPr>
        <w:t>Er zijn geen verdere vragen</w:t>
      </w:r>
    </w:p>
    <w:p w14:paraId="7695FE4B" w14:textId="77777777" w:rsidR="004928D5" w:rsidRPr="00AC263F" w:rsidRDefault="004928D5" w:rsidP="00AC263F">
      <w:pPr>
        <w:rPr>
          <w:lang w:val="nl-BE"/>
        </w:rPr>
      </w:pPr>
    </w:p>
    <w:p w14:paraId="446D3B0A" w14:textId="77777777" w:rsidR="00A0643A" w:rsidRDefault="00A0643A" w:rsidP="00CE5301">
      <w:pPr>
        <w:rPr>
          <w:lang w:val="nl-BE"/>
        </w:rPr>
      </w:pPr>
    </w:p>
    <w:p w14:paraId="2702DAEB" w14:textId="77777777" w:rsidR="004132B3" w:rsidRPr="00CE5301" w:rsidRDefault="004132B3" w:rsidP="00CE5301">
      <w:pPr>
        <w:rPr>
          <w:lang w:val="nl-BE"/>
        </w:rPr>
      </w:pPr>
    </w:p>
    <w:p w14:paraId="5A6F3104" w14:textId="06015679" w:rsidR="00647C93" w:rsidRPr="00DA0660" w:rsidRDefault="00647C93">
      <w:pPr>
        <w:rPr>
          <w:lang w:val="nl-BE"/>
        </w:rPr>
      </w:pPr>
      <w:r w:rsidRPr="00DA0660">
        <w:rPr>
          <w:lang w:val="nl-BE"/>
        </w:rPr>
        <w:t>.</w:t>
      </w:r>
    </w:p>
    <w:sectPr w:rsidR="00647C93" w:rsidRPr="00DA066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E43430E"/>
    <w:multiLevelType w:val="hybridMultilevel"/>
    <w:tmpl w:val="F64A11E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A5B59A3"/>
    <w:multiLevelType w:val="hybridMultilevel"/>
    <w:tmpl w:val="F64A11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DE5D2E"/>
    <w:multiLevelType w:val="hybridMultilevel"/>
    <w:tmpl w:val="DB8C07D6"/>
    <w:lvl w:ilvl="0" w:tplc="0CA685D6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D7EFE"/>
    <w:multiLevelType w:val="hybridMultilevel"/>
    <w:tmpl w:val="F64A11E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7605FD"/>
    <w:multiLevelType w:val="hybridMultilevel"/>
    <w:tmpl w:val="F64A11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724BF"/>
    <w:multiLevelType w:val="hybridMultilevel"/>
    <w:tmpl w:val="F64A11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9646C"/>
    <w:multiLevelType w:val="hybridMultilevel"/>
    <w:tmpl w:val="F64A11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455DF4"/>
    <w:multiLevelType w:val="hybridMultilevel"/>
    <w:tmpl w:val="F64A11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7B2D2B"/>
    <w:multiLevelType w:val="hybridMultilevel"/>
    <w:tmpl w:val="98EAB59C"/>
    <w:lvl w:ilvl="0" w:tplc="20D4B872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968501">
    <w:abstractNumId w:val="8"/>
  </w:num>
  <w:num w:numId="2" w16cid:durableId="275332384">
    <w:abstractNumId w:val="6"/>
  </w:num>
  <w:num w:numId="3" w16cid:durableId="2039164244">
    <w:abstractNumId w:val="5"/>
  </w:num>
  <w:num w:numId="4" w16cid:durableId="1224028503">
    <w:abstractNumId w:val="4"/>
  </w:num>
  <w:num w:numId="5" w16cid:durableId="1470630173">
    <w:abstractNumId w:val="7"/>
  </w:num>
  <w:num w:numId="6" w16cid:durableId="1595702124">
    <w:abstractNumId w:val="3"/>
  </w:num>
  <w:num w:numId="7" w16cid:durableId="426267340">
    <w:abstractNumId w:val="2"/>
  </w:num>
  <w:num w:numId="8" w16cid:durableId="168064089">
    <w:abstractNumId w:val="1"/>
  </w:num>
  <w:num w:numId="9" w16cid:durableId="1057237987">
    <w:abstractNumId w:val="0"/>
  </w:num>
  <w:num w:numId="10" w16cid:durableId="170530493">
    <w:abstractNumId w:val="12"/>
  </w:num>
  <w:num w:numId="11" w16cid:durableId="1735934573">
    <w:abstractNumId w:val="17"/>
  </w:num>
  <w:num w:numId="12" w16cid:durableId="1772503530">
    <w:abstractNumId w:val="13"/>
  </w:num>
  <w:num w:numId="13" w16cid:durableId="537426552">
    <w:abstractNumId w:val="16"/>
  </w:num>
  <w:num w:numId="14" w16cid:durableId="342055300">
    <w:abstractNumId w:val="10"/>
  </w:num>
  <w:num w:numId="15" w16cid:durableId="1384283706">
    <w:abstractNumId w:val="15"/>
  </w:num>
  <w:num w:numId="16" w16cid:durableId="1633829885">
    <w:abstractNumId w:val="14"/>
  </w:num>
  <w:num w:numId="17" w16cid:durableId="690302074">
    <w:abstractNumId w:val="9"/>
  </w:num>
  <w:num w:numId="18" w16cid:durableId="4039156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7E89"/>
    <w:rsid w:val="000138A4"/>
    <w:rsid w:val="00017DFF"/>
    <w:rsid w:val="00031767"/>
    <w:rsid w:val="0003415D"/>
    <w:rsid w:val="00034616"/>
    <w:rsid w:val="00034DE3"/>
    <w:rsid w:val="0006063C"/>
    <w:rsid w:val="000951C3"/>
    <w:rsid w:val="000A3D65"/>
    <w:rsid w:val="000A4599"/>
    <w:rsid w:val="000B4BF1"/>
    <w:rsid w:val="000B4F8C"/>
    <w:rsid w:val="000F18BB"/>
    <w:rsid w:val="00123E35"/>
    <w:rsid w:val="00132C08"/>
    <w:rsid w:val="00134A1D"/>
    <w:rsid w:val="0015074B"/>
    <w:rsid w:val="001D7C7A"/>
    <w:rsid w:val="001E5547"/>
    <w:rsid w:val="0029639D"/>
    <w:rsid w:val="002A41F6"/>
    <w:rsid w:val="002C0D53"/>
    <w:rsid w:val="002D6EC7"/>
    <w:rsid w:val="00326F90"/>
    <w:rsid w:val="00376195"/>
    <w:rsid w:val="00397C1C"/>
    <w:rsid w:val="004028EA"/>
    <w:rsid w:val="004116AB"/>
    <w:rsid w:val="004132B3"/>
    <w:rsid w:val="0043541D"/>
    <w:rsid w:val="00436C28"/>
    <w:rsid w:val="00484D7B"/>
    <w:rsid w:val="004928D5"/>
    <w:rsid w:val="004961F6"/>
    <w:rsid w:val="004971DA"/>
    <w:rsid w:val="004B6C7C"/>
    <w:rsid w:val="004D44B9"/>
    <w:rsid w:val="004E14D1"/>
    <w:rsid w:val="00536E8D"/>
    <w:rsid w:val="005551F0"/>
    <w:rsid w:val="005821BB"/>
    <w:rsid w:val="005B5291"/>
    <w:rsid w:val="005B7CC2"/>
    <w:rsid w:val="005C1CD0"/>
    <w:rsid w:val="005E5518"/>
    <w:rsid w:val="00621B9D"/>
    <w:rsid w:val="00635D2A"/>
    <w:rsid w:val="00647C93"/>
    <w:rsid w:val="006B71A5"/>
    <w:rsid w:val="006E6F06"/>
    <w:rsid w:val="007A221C"/>
    <w:rsid w:val="007D3B4F"/>
    <w:rsid w:val="0081382F"/>
    <w:rsid w:val="0082723C"/>
    <w:rsid w:val="00854DD0"/>
    <w:rsid w:val="008825EC"/>
    <w:rsid w:val="008E41C9"/>
    <w:rsid w:val="008F42D4"/>
    <w:rsid w:val="0092500B"/>
    <w:rsid w:val="0093291C"/>
    <w:rsid w:val="00987068"/>
    <w:rsid w:val="00A0643A"/>
    <w:rsid w:val="00A13954"/>
    <w:rsid w:val="00A54027"/>
    <w:rsid w:val="00A86086"/>
    <w:rsid w:val="00A86A71"/>
    <w:rsid w:val="00AA1D8D"/>
    <w:rsid w:val="00AC263F"/>
    <w:rsid w:val="00AF306E"/>
    <w:rsid w:val="00B12B9D"/>
    <w:rsid w:val="00B40442"/>
    <w:rsid w:val="00B47730"/>
    <w:rsid w:val="00B51E31"/>
    <w:rsid w:val="00BC780D"/>
    <w:rsid w:val="00BF4CC2"/>
    <w:rsid w:val="00C44065"/>
    <w:rsid w:val="00C71451"/>
    <w:rsid w:val="00C7599C"/>
    <w:rsid w:val="00C923D1"/>
    <w:rsid w:val="00CB0664"/>
    <w:rsid w:val="00CB1727"/>
    <w:rsid w:val="00CB21BD"/>
    <w:rsid w:val="00CC6580"/>
    <w:rsid w:val="00CE5301"/>
    <w:rsid w:val="00D00378"/>
    <w:rsid w:val="00D110ED"/>
    <w:rsid w:val="00D13420"/>
    <w:rsid w:val="00D33CBB"/>
    <w:rsid w:val="00D40005"/>
    <w:rsid w:val="00D43C38"/>
    <w:rsid w:val="00D75953"/>
    <w:rsid w:val="00D82F71"/>
    <w:rsid w:val="00DA0660"/>
    <w:rsid w:val="00DC70F0"/>
    <w:rsid w:val="00DD6B74"/>
    <w:rsid w:val="00DD7219"/>
    <w:rsid w:val="00E216B3"/>
    <w:rsid w:val="00E437F9"/>
    <w:rsid w:val="00E72411"/>
    <w:rsid w:val="00E844AB"/>
    <w:rsid w:val="00E945B0"/>
    <w:rsid w:val="00EB3317"/>
    <w:rsid w:val="00ED4253"/>
    <w:rsid w:val="00EE4209"/>
    <w:rsid w:val="00F05338"/>
    <w:rsid w:val="00F8270E"/>
    <w:rsid w:val="00FC693F"/>
    <w:rsid w:val="00FD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FA4B11"/>
  <w14:defaultImageDpi w14:val="300"/>
  <w15:docId w15:val="{E4F3A101-E57F-42A1-9352-B25DEC776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D43C3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D43C3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43C3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43C3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43C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6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sv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826</Words>
  <Characters>4549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5365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Olivia Peeters</cp:lastModifiedBy>
  <cp:revision>2</cp:revision>
  <dcterms:created xsi:type="dcterms:W3CDTF">2025-11-21T09:04:00Z</dcterms:created>
  <dcterms:modified xsi:type="dcterms:W3CDTF">2025-11-21T09:04:00Z</dcterms:modified>
  <cp:category/>
</cp:coreProperties>
</file>